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jc w:val="center"/>
      </w:pPr>
      <w:r>
        <w:rPr>
          <w:rFonts w:ascii="Georgia" w:hAnsi="Georgia" w:cs="Georgia" w:eastAsia="Georgia"/>
          <w:b w:val="0"/>
          <w:i w:val="0"/>
          <w:color w:val="2A1A20"/>
          <w:sz w:val="52"/>
        </w:rPr>
        <w:t>[Your Name]</w:t>
      </w:r>
    </w:p>
    <w:p>
      <w:pPr>
        <w:spacing w:before="0" w:after="80" w:line="276" w:lineRule="auto"/>
        <w:jc w:val="center"/>
      </w:pPr>
      <w:r>
        <w:rPr>
          <w:rFonts w:ascii="Georgia" w:hAnsi="Georgia" w:cs="Georgia" w:eastAsia="Georgia"/>
          <w:b w:val="0"/>
          <w:i/>
          <w:color w:val="6B5A60"/>
          <w:sz w:val="23"/>
        </w:rPr>
        <w:t>[Job Title You Are Applying For]</w:t>
      </w:r>
    </w:p>
    <w:p>
      <w:pPr>
        <w:pBdr>
          <w:bottom w:val="single" w:sz="6" w:space="8" w:color="2A1A20"/>
        </w:pBdr>
        <w:spacing w:before="0" w:after="440" w:line="276" w:lineRule="auto"/>
        <w:jc w:val="center"/>
      </w:pPr>
      <w:r>
        <w:rPr>
          <w:rFonts w:ascii="Georgia" w:hAnsi="Georgia" w:cs="Georgia" w:eastAsia="Georgia"/>
          <w:b w:val="0"/>
          <w:i w:val="0"/>
          <w:color w:val="2A1A20"/>
          <w:sz w:val="18"/>
        </w:rPr>
        <w:t>[City, State]  ·  [Phone]  ·  [Email]  ·  [LinkedIn or Portfolio URL]</w:t>
      </w:r>
    </w:p>
    <w:p>
      <w:pPr>
        <w:spacing w:before="0" w:after="240" w:line="276" w:lineRule="auto"/>
      </w:pPr>
      <w:r>
        <w:rPr>
          <w:rFonts w:ascii="Georgia" w:hAnsi="Georgia" w:cs="Georgia" w:eastAsia="Georgia"/>
          <w:b w:val="0"/>
          <w:i w:val="0"/>
          <w:color w:val="2A1A20"/>
          <w:sz w:val="22"/>
        </w:rPr>
        <w:t>[Month Day, Year]</w:t>
      </w:r>
    </w:p>
    <w:p>
      <w:pPr>
        <w:spacing w:before="0" w:after="0" w:line="276" w:lineRule="auto"/>
      </w:pPr>
      <w:r>
        <w:rPr>
          <w:rFonts w:ascii="Georgia" w:hAnsi="Georgia" w:cs="Georgia" w:eastAsia="Georgia"/>
          <w:b w:val="0"/>
          <w:i w:val="0"/>
          <w:color w:val="2A1A20"/>
          <w:sz w:val="22"/>
        </w:rPr>
        <w:t>[Hiring Manager's Full Name]</w:t>
      </w:r>
    </w:p>
    <w:p>
      <w:pPr>
        <w:spacing w:before="0" w:after="0" w:line="276" w:lineRule="auto"/>
      </w:pPr>
      <w:r>
        <w:rPr>
          <w:rFonts w:ascii="Georgia" w:hAnsi="Georgia" w:cs="Georgia" w:eastAsia="Georgia"/>
          <w:b w:val="0"/>
          <w:i w:val="0"/>
          <w:color w:val="2A1A20"/>
          <w:sz w:val="22"/>
        </w:rPr>
        <w:t>[Their Job Title]</w:t>
      </w:r>
    </w:p>
    <w:p>
      <w:pPr>
        <w:spacing w:before="0" w:after="0" w:line="276" w:lineRule="auto"/>
      </w:pPr>
      <w:r>
        <w:rPr>
          <w:rFonts w:ascii="Georgia" w:hAnsi="Georgia" w:cs="Georgia" w:eastAsia="Georgia"/>
          <w:b w:val="0"/>
          <w:i w:val="0"/>
          <w:color w:val="2A1A20"/>
          <w:sz w:val="22"/>
        </w:rPr>
        <w:t>[Company Name]</w:t>
      </w:r>
    </w:p>
    <w:p>
      <w:pPr>
        <w:spacing w:before="0" w:after="240" w:line="276" w:lineRule="auto"/>
      </w:pPr>
      <w:r>
        <w:rPr>
          <w:rFonts w:ascii="Georgia" w:hAnsi="Georgia" w:cs="Georgia" w:eastAsia="Georgia"/>
          <w:b w:val="0"/>
          <w:i w:val="0"/>
          <w:color w:val="2A1A20"/>
          <w:sz w:val="22"/>
        </w:rPr>
        <w:t>[City, State]</w:t>
      </w:r>
    </w:p>
    <w:p>
      <w:pPr>
        <w:spacing w:before="0" w:after="180" w:line="276" w:lineRule="auto"/>
      </w:pPr>
      <w:r>
        <w:rPr>
          <w:rFonts w:ascii="Georgia" w:hAnsi="Georgia" w:cs="Georgia" w:eastAsia="Georgia"/>
          <w:b w:val="0"/>
          <w:i w:val="0"/>
          <w:color w:val="2A1A20"/>
          <w:sz w:val="22"/>
        </w:rPr>
        <w:t>Dear [Hiring Manager's Name],</w:t>
      </w:r>
    </w:p>
    <w:p>
      <w:pPr>
        <w:spacing w:before="0" w:after="200" w:line="300" w:lineRule="auto"/>
      </w:pPr>
      <w:r>
        <w:rPr>
          <w:rFonts w:ascii="Georgia" w:hAnsi="Georgia" w:cs="Georgia" w:eastAsia="Georgia"/>
          <w:b w:val="0"/>
          <w:i w:val="0"/>
          <w:color w:val="2A1A20"/>
          <w:sz w:val="22"/>
        </w:rPr>
        <w:t>[Opening: name the role and where you found it. In one sentence, say what you do and the one strength that matters most for this job. Two or three sentences in total.]</w:t>
      </w:r>
    </w:p>
    <w:p>
      <w:pPr>
        <w:spacing w:before="0" w:after="200" w:line="300" w:lineRule="auto"/>
      </w:pPr>
      <w:r>
        <w:rPr>
          <w:rFonts w:ascii="Georgia" w:hAnsi="Georgia" w:cs="Georgia" w:eastAsia="Georgia"/>
          <w:b w:val="0"/>
          <w:i w:val="0"/>
          <w:color w:val="2A1A20"/>
          <w:sz w:val="22"/>
        </w:rPr>
        <w:t>[Proof: pick one or two requirements from the job post and show you have done them before. Say what the situation was, what you did and what changed, with a number if you have one. Three or four sentences.]</w:t>
      </w:r>
    </w:p>
    <w:p>
      <w:pPr>
        <w:spacing w:before="0" w:after="200" w:line="300" w:lineRule="auto"/>
      </w:pPr>
      <w:r>
        <w:rPr>
          <w:rFonts w:ascii="Georgia" w:hAnsi="Georgia" w:cs="Georgia" w:eastAsia="Georgia"/>
          <w:b w:val="0"/>
          <w:i w:val="0"/>
          <w:color w:val="2A1A20"/>
          <w:sz w:val="22"/>
        </w:rPr>
        <w:t>[Fit: show you know the company. Name a product, a goal or a value from their website or the job post, and say how your experience helps with it. Two or three sentences.]</w:t>
      </w:r>
    </w:p>
    <w:p>
      <w:pPr>
        <w:spacing w:before="0" w:after="200" w:line="300" w:lineRule="auto"/>
      </w:pPr>
      <w:r>
        <w:rPr>
          <w:rFonts w:ascii="Georgia" w:hAnsi="Georgia" w:cs="Georgia" w:eastAsia="Georgia"/>
          <w:b w:val="0"/>
          <w:i w:val="0"/>
          <w:color w:val="2A1A20"/>
          <w:sz w:val="22"/>
        </w:rPr>
        <w:t>[Close: thank them, say you would welcome a conversation about the role, and mention that your resume is attached. Two sentences.]</w:t>
      </w:r>
    </w:p>
    <w:p>
      <w:pPr>
        <w:spacing w:before="60" w:after="480" w:line="276" w:lineRule="auto"/>
      </w:pPr>
      <w:r>
        <w:rPr>
          <w:rFonts w:ascii="Georgia" w:hAnsi="Georgia" w:cs="Georgia" w:eastAsia="Georgia"/>
          <w:b w:val="0"/>
          <w:i w:val="0"/>
          <w:color w:val="2A1A20"/>
          <w:sz w:val="22"/>
        </w:rPr>
        <w:t>Sincerely,</w:t>
      </w:r>
    </w:p>
    <w:p>
      <w:pPr>
        <w:spacing w:before="0" w:after="0" w:line="276" w:lineRule="auto"/>
      </w:pPr>
      <w:r>
        <w:rPr>
          <w:rFonts w:ascii="Georgia" w:hAnsi="Georgia" w:cs="Georgia" w:eastAsia="Georgia"/>
          <w:b w:val="0"/>
          <w:i w:val="0"/>
          <w:color w:val="2A1A20"/>
          <w:sz w:val="25"/>
        </w:rPr>
        <w:t>[Your Name]</w:t>
      </w:r>
    </w:p>
    <w:sectPr w:rsidR="00FC693F" w:rsidRPr="0006063C" w:rsidSect="00034616">
      <w:pgSz w:w="12240" w:h="15840"/>
      <w:pgMar w:top="1440" w:right="1368" w:bottom="1152"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Template - Classic</dc:title>
  <dc:subject/>
  <dc:creator>Clara Vale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